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Formularz odstąpienia od umowy</w:t>
      </w:r>
    </w:p>
    <w:p>
      <w:r>
        <w:t>(formularz ten należy wypełnić i odesłać tylko w przypadku chęci odstąpienia od umowy)</w:t>
      </w:r>
    </w:p>
    <w:p>
      <w:pPr>
        <w:pStyle w:val="ListBullet"/>
      </w:pPr>
      <w:r>
        <w:t>Adresat: MISSO Sp. z o.o., ul. Sandomierska 26A/116, 27-400 Ostrowiec Świętokrzyski, e-mail: info@misso.pl</w:t>
      </w:r>
    </w:p>
    <w:p>
      <w:pPr>
        <w:pStyle w:val="ListBullet"/>
      </w:pPr>
      <w:r>
        <w:t>Ja/My(*) niniejszym informuję/informujemy(*) o moim/naszym odstąpieniu od umowy sprzedaży następujących towarów(*) umowy dostawy następujących towarów(*) umowy o dzieło polegającej na wykonaniu następujących towarów(*)/o świadczenie następującej usługi(*):</w:t>
        <w:br/>
        <w:br/>
        <w:t>………………………………………………………………………………………………</w:t>
      </w:r>
    </w:p>
    <w:p>
      <w:pPr>
        <w:pStyle w:val="ListBullet"/>
      </w:pPr>
      <w:r>
        <w:t>Numer zamówienia (opcjonalnie): ……………………………</w:t>
      </w:r>
    </w:p>
    <w:p>
      <w:pPr>
        <w:pStyle w:val="ListBullet"/>
      </w:pPr>
      <w:r>
        <w:t>Data zawarcia umowy(*)/odbioru(*): ……………………………</w:t>
      </w:r>
    </w:p>
    <w:p>
      <w:pPr>
        <w:pStyle w:val="ListBullet"/>
      </w:pPr>
      <w:r>
        <w:t>Imię i nazwisko konsumenta(-ów): ……………………………………………………</w:t>
      </w:r>
    </w:p>
    <w:p>
      <w:pPr>
        <w:pStyle w:val="ListBullet"/>
      </w:pPr>
      <w:r>
        <w:t>Adres konsumenta(-ów): ……………………………………………………………………</w:t>
      </w:r>
    </w:p>
    <w:p>
      <w:pPr>
        <w:pStyle w:val="ListBullet"/>
      </w:pPr>
      <w:r>
        <w:t>Podpis konsumenta(-ów) (tylko jeżeli formularz jest przesyłany w wersji papierowej): ……………………………</w:t>
      </w:r>
    </w:p>
    <w:p>
      <w:pPr>
        <w:pStyle w:val="ListBullet"/>
      </w:pPr>
      <w:r>
        <w:t>Data: ……………………………</w:t>
      </w:r>
    </w:p>
    <w:p>
      <w:r>
        <w:t>(*) Niepotrzebne skreślić.</w:t>
      </w:r>
    </w:p>
    <w:p>
      <w:r>
        <w:rPr>
          <w:i/>
        </w:rPr>
        <w:t>Skorzystanie z formularza nie jest obowiązkowe – możesz też po prostu napisać do nas e-mail z oświadczeniem o odstąpieniu od umowy.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